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00453" w14:textId="53146FE1" w:rsidR="00AE0EA9" w:rsidRPr="00E263C8" w:rsidRDefault="00A87C89">
      <w:pPr>
        <w:jc w:val="center"/>
        <w:rPr>
          <w:sz w:val="28"/>
          <w:szCs w:val="28"/>
        </w:rPr>
      </w:pPr>
      <w:r w:rsidRPr="00E263C8">
        <w:rPr>
          <w:b/>
          <w:sz w:val="28"/>
          <w:szCs w:val="28"/>
        </w:rPr>
        <w:t>ШКОЛА ЗА ОСНОВНО И СРЕДЊЕ МУЗИЧКО ОБРАЗОВАЊЕ</w:t>
      </w:r>
      <w:r w:rsidRPr="00E263C8">
        <w:rPr>
          <w:b/>
          <w:sz w:val="28"/>
          <w:szCs w:val="28"/>
        </w:rPr>
        <w:br/>
        <w:t xml:space="preserve">„СТЕВАН </w:t>
      </w:r>
      <w:proofErr w:type="gramStart"/>
      <w:r w:rsidRPr="00E263C8">
        <w:rPr>
          <w:b/>
          <w:sz w:val="28"/>
          <w:szCs w:val="28"/>
        </w:rPr>
        <w:t>МОКРАЊАЦ“ ПОЖАРЕВАЦ</w:t>
      </w:r>
      <w:proofErr w:type="gramEnd"/>
      <w:r w:rsidRPr="00E263C8">
        <w:rPr>
          <w:b/>
          <w:sz w:val="28"/>
          <w:szCs w:val="28"/>
        </w:rPr>
        <w:br/>
      </w:r>
      <w:r w:rsidRPr="00E263C8">
        <w:rPr>
          <w:b/>
          <w:sz w:val="28"/>
          <w:szCs w:val="28"/>
        </w:rPr>
        <w:br/>
      </w:r>
      <w:r w:rsidRPr="00E263C8">
        <w:rPr>
          <w:b/>
          <w:sz w:val="28"/>
          <w:szCs w:val="28"/>
        </w:rPr>
        <w:br/>
        <w:t>ПРИЈАВА ЗА ПОЛАГАЊЕ ПРИЈЕМНОГ ИСПИТА</w:t>
      </w:r>
      <w:r w:rsidRPr="00E263C8">
        <w:rPr>
          <w:b/>
          <w:sz w:val="28"/>
          <w:szCs w:val="28"/>
        </w:rPr>
        <w:br/>
        <w:t>ЗА УПИС У ПРВИ РАЗРЕД ОСНОВНЕ МУЗИЧКЕ ШКОЛЕ</w:t>
      </w:r>
    </w:p>
    <w:p w14:paraId="3B12CD21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b/>
          <w:sz w:val="28"/>
          <w:szCs w:val="28"/>
        </w:rPr>
        <w:t>Школска</w:t>
      </w:r>
      <w:proofErr w:type="spellEnd"/>
      <w:r w:rsidRPr="00E263C8">
        <w:rPr>
          <w:b/>
          <w:sz w:val="28"/>
          <w:szCs w:val="28"/>
        </w:rPr>
        <w:t xml:space="preserve"> </w:t>
      </w:r>
      <w:proofErr w:type="spellStart"/>
      <w:r w:rsidRPr="00E263C8">
        <w:rPr>
          <w:b/>
          <w:sz w:val="28"/>
          <w:szCs w:val="28"/>
        </w:rPr>
        <w:t>година</w:t>
      </w:r>
      <w:proofErr w:type="spellEnd"/>
      <w:r w:rsidRPr="00E263C8">
        <w:rPr>
          <w:b/>
          <w:sz w:val="28"/>
          <w:szCs w:val="28"/>
        </w:rPr>
        <w:t xml:space="preserve">: _____________     </w:t>
      </w:r>
      <w:proofErr w:type="spellStart"/>
      <w:r w:rsidRPr="00E263C8">
        <w:rPr>
          <w:b/>
          <w:sz w:val="28"/>
          <w:szCs w:val="28"/>
        </w:rPr>
        <w:t>Пријемни</w:t>
      </w:r>
      <w:proofErr w:type="spellEnd"/>
      <w:r w:rsidRPr="00E263C8">
        <w:rPr>
          <w:b/>
          <w:sz w:val="28"/>
          <w:szCs w:val="28"/>
        </w:rPr>
        <w:t xml:space="preserve"> </w:t>
      </w:r>
      <w:proofErr w:type="spellStart"/>
      <w:r w:rsidRPr="00E263C8">
        <w:rPr>
          <w:b/>
          <w:sz w:val="28"/>
          <w:szCs w:val="28"/>
        </w:rPr>
        <w:t>рок</w:t>
      </w:r>
      <w:proofErr w:type="spellEnd"/>
      <w:r w:rsidRPr="00E263C8">
        <w:rPr>
          <w:b/>
          <w:sz w:val="28"/>
          <w:szCs w:val="28"/>
        </w:rPr>
        <w:t>: _____________</w:t>
      </w:r>
    </w:p>
    <w:p w14:paraId="5B5430D2" w14:textId="27F8B15E" w:rsidR="00AE0EA9" w:rsidRPr="00E263C8" w:rsidRDefault="00A87C89">
      <w:pPr>
        <w:rPr>
          <w:sz w:val="28"/>
          <w:szCs w:val="28"/>
        </w:rPr>
      </w:pPr>
      <w:r w:rsidRPr="00E263C8">
        <w:rPr>
          <w:b/>
          <w:sz w:val="28"/>
          <w:szCs w:val="28"/>
        </w:rPr>
        <w:t xml:space="preserve"> ПОДАЦИ О КАНДИДАТУ</w:t>
      </w:r>
    </w:p>
    <w:p w14:paraId="47E1CD38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Име</w:t>
      </w:r>
      <w:proofErr w:type="spellEnd"/>
      <w:r w:rsidRPr="00E263C8">
        <w:rPr>
          <w:sz w:val="28"/>
          <w:szCs w:val="28"/>
        </w:rPr>
        <w:t xml:space="preserve"> и </w:t>
      </w:r>
      <w:proofErr w:type="spellStart"/>
      <w:r w:rsidRPr="00E263C8">
        <w:rPr>
          <w:sz w:val="28"/>
          <w:szCs w:val="28"/>
        </w:rPr>
        <w:t>презиме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3C8AAA85" w14:textId="77777777" w:rsidR="00AE0EA9" w:rsidRPr="00E263C8" w:rsidRDefault="00A87C89">
      <w:pPr>
        <w:rPr>
          <w:sz w:val="28"/>
          <w:szCs w:val="28"/>
        </w:rPr>
      </w:pPr>
      <w:r w:rsidRPr="00E263C8">
        <w:rPr>
          <w:sz w:val="28"/>
          <w:szCs w:val="28"/>
        </w:rPr>
        <w:t>ЈМБГ: ____________________________________________</w:t>
      </w:r>
    </w:p>
    <w:p w14:paraId="2EBC8D9A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Датум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рођења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12912C42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Место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рођења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665B9540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Држављанство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627997B5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Адреса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становања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6DBDE453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Основна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школа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28ED41BC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Разред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који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ученик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похађа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30FF8D42" w14:textId="7EECCD03" w:rsidR="00AE0EA9" w:rsidRPr="00E263C8" w:rsidRDefault="00A87C89">
      <w:pPr>
        <w:rPr>
          <w:sz w:val="28"/>
          <w:szCs w:val="28"/>
        </w:rPr>
      </w:pPr>
      <w:r w:rsidRPr="00E263C8">
        <w:rPr>
          <w:b/>
          <w:sz w:val="28"/>
          <w:szCs w:val="28"/>
        </w:rPr>
        <w:t xml:space="preserve"> ПОДАЦИ О РОДИТЕЉУ / ЗАКОНСКОМ ЗАСТУПНИКУ</w:t>
      </w:r>
    </w:p>
    <w:p w14:paraId="56DAED26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Име</w:t>
      </w:r>
      <w:proofErr w:type="spellEnd"/>
      <w:r w:rsidRPr="00E263C8">
        <w:rPr>
          <w:sz w:val="28"/>
          <w:szCs w:val="28"/>
        </w:rPr>
        <w:t xml:space="preserve"> и </w:t>
      </w:r>
      <w:proofErr w:type="spellStart"/>
      <w:r w:rsidRPr="00E263C8">
        <w:rPr>
          <w:sz w:val="28"/>
          <w:szCs w:val="28"/>
        </w:rPr>
        <w:t>презиме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27C8B248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Адреса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596C4813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Телефон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2A15EB87" w14:textId="77777777" w:rsidR="00AE0EA9" w:rsidRPr="00E263C8" w:rsidRDefault="00A87C89">
      <w:pPr>
        <w:rPr>
          <w:sz w:val="28"/>
          <w:szCs w:val="28"/>
        </w:rPr>
      </w:pPr>
      <w:r w:rsidRPr="00E263C8">
        <w:rPr>
          <w:sz w:val="28"/>
          <w:szCs w:val="28"/>
        </w:rPr>
        <w:t>Е-mail: ____________________________________________</w:t>
      </w:r>
    </w:p>
    <w:p w14:paraId="25F95FBA" w14:textId="1218A70D" w:rsidR="00AE0EA9" w:rsidRPr="00E263C8" w:rsidRDefault="00A87C89">
      <w:pPr>
        <w:rPr>
          <w:sz w:val="28"/>
          <w:szCs w:val="28"/>
        </w:rPr>
      </w:pPr>
      <w:r w:rsidRPr="00E263C8">
        <w:rPr>
          <w:b/>
          <w:sz w:val="28"/>
          <w:szCs w:val="28"/>
        </w:rPr>
        <w:t>ПОДАЦИ ЗА ПРИЈЕМНИ ИСПИТ</w:t>
      </w:r>
    </w:p>
    <w:p w14:paraId="6ADA398F" w14:textId="55BCFD5B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lastRenderedPageBreak/>
        <w:t>Место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полагања</w:t>
      </w:r>
      <w:proofErr w:type="spellEnd"/>
      <w:r w:rsidRPr="00E263C8">
        <w:rPr>
          <w:sz w:val="28"/>
          <w:szCs w:val="28"/>
        </w:rPr>
        <w:t xml:space="preserve"> </w:t>
      </w:r>
      <w:proofErr w:type="gramStart"/>
      <w:r w:rsidRPr="00E263C8">
        <w:rPr>
          <w:sz w:val="28"/>
          <w:szCs w:val="28"/>
        </w:rPr>
        <w:t xml:space="preserve">/  </w:t>
      </w:r>
      <w:proofErr w:type="spellStart"/>
      <w:r w:rsidRPr="00E263C8">
        <w:rPr>
          <w:sz w:val="28"/>
          <w:szCs w:val="28"/>
        </w:rPr>
        <w:t>издвојено</w:t>
      </w:r>
      <w:proofErr w:type="spellEnd"/>
      <w:proofErr w:type="gram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одељење</w:t>
      </w:r>
      <w:proofErr w:type="spellEnd"/>
      <w:r w:rsidRPr="00E263C8">
        <w:rPr>
          <w:sz w:val="28"/>
          <w:szCs w:val="28"/>
        </w:rPr>
        <w:t>:</w:t>
      </w:r>
      <w:r w:rsidRPr="00E263C8">
        <w:rPr>
          <w:sz w:val="28"/>
          <w:szCs w:val="28"/>
        </w:rPr>
        <w:br/>
        <w:t xml:space="preserve">☐ </w:t>
      </w:r>
      <w:proofErr w:type="spellStart"/>
      <w:r w:rsidRPr="00E263C8">
        <w:rPr>
          <w:sz w:val="28"/>
          <w:szCs w:val="28"/>
        </w:rPr>
        <w:t>Пожаревац</w:t>
      </w:r>
      <w:proofErr w:type="spellEnd"/>
      <w:r w:rsidRPr="00E263C8">
        <w:rPr>
          <w:sz w:val="28"/>
          <w:szCs w:val="28"/>
        </w:rPr>
        <w:t xml:space="preserve">   ☐ </w:t>
      </w:r>
      <w:proofErr w:type="spellStart"/>
      <w:r w:rsidRPr="00E263C8">
        <w:rPr>
          <w:sz w:val="28"/>
          <w:szCs w:val="28"/>
        </w:rPr>
        <w:t>Костолац</w:t>
      </w:r>
      <w:proofErr w:type="spellEnd"/>
      <w:r w:rsidRPr="00E263C8">
        <w:rPr>
          <w:sz w:val="28"/>
          <w:szCs w:val="28"/>
        </w:rPr>
        <w:t xml:space="preserve">   ☐ </w:t>
      </w:r>
      <w:proofErr w:type="spellStart"/>
      <w:r w:rsidRPr="00E263C8">
        <w:rPr>
          <w:sz w:val="28"/>
          <w:szCs w:val="28"/>
        </w:rPr>
        <w:t>Велико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Градиште</w:t>
      </w:r>
      <w:proofErr w:type="spellEnd"/>
      <w:r w:rsidRPr="00E263C8">
        <w:rPr>
          <w:sz w:val="28"/>
          <w:szCs w:val="28"/>
        </w:rPr>
        <w:t xml:space="preserve">   ☐ </w:t>
      </w:r>
      <w:proofErr w:type="spellStart"/>
      <w:r w:rsidRPr="00E263C8">
        <w:rPr>
          <w:sz w:val="28"/>
          <w:szCs w:val="28"/>
        </w:rPr>
        <w:t>Кучево</w:t>
      </w:r>
      <w:proofErr w:type="spellEnd"/>
      <w:r w:rsidRPr="00E263C8">
        <w:rPr>
          <w:sz w:val="28"/>
          <w:szCs w:val="28"/>
        </w:rPr>
        <w:t xml:space="preserve">   ☐ </w:t>
      </w:r>
      <w:proofErr w:type="spellStart"/>
      <w:r w:rsidRPr="00E263C8">
        <w:rPr>
          <w:sz w:val="28"/>
          <w:szCs w:val="28"/>
        </w:rPr>
        <w:t>Мало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Црниће</w:t>
      </w:r>
      <w:proofErr w:type="spellEnd"/>
    </w:p>
    <w:p w14:paraId="50DF1EBB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Први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избор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инструмента</w:t>
      </w:r>
      <w:proofErr w:type="spellEnd"/>
      <w:r w:rsidRPr="00E263C8">
        <w:rPr>
          <w:sz w:val="28"/>
          <w:szCs w:val="28"/>
        </w:rPr>
        <w:t>: ____________________________________________</w:t>
      </w:r>
    </w:p>
    <w:p w14:paraId="378C0C8F" w14:textId="4D7766C6" w:rsidR="00D40E6E" w:rsidRPr="00D40E6E" w:rsidRDefault="00A87C89">
      <w:pPr>
        <w:rPr>
          <w:sz w:val="28"/>
          <w:szCs w:val="28"/>
          <w:lang w:val="sr-Cyrl-RS"/>
        </w:rPr>
      </w:pPr>
      <w:proofErr w:type="spellStart"/>
      <w:r w:rsidRPr="00E263C8">
        <w:rPr>
          <w:sz w:val="28"/>
          <w:szCs w:val="28"/>
        </w:rPr>
        <w:t>Други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избор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инструмента</w:t>
      </w:r>
      <w:proofErr w:type="spellEnd"/>
      <w:r w:rsidRPr="00E263C8">
        <w:rPr>
          <w:sz w:val="28"/>
          <w:szCs w:val="28"/>
        </w:rPr>
        <w:t xml:space="preserve"> (</w:t>
      </w:r>
      <w:proofErr w:type="spellStart"/>
      <w:r w:rsidRPr="00E263C8">
        <w:rPr>
          <w:sz w:val="28"/>
          <w:szCs w:val="28"/>
        </w:rPr>
        <w:t>није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обавезно</w:t>
      </w:r>
      <w:proofErr w:type="spellEnd"/>
      <w:r w:rsidRPr="00E263C8">
        <w:rPr>
          <w:sz w:val="28"/>
          <w:szCs w:val="28"/>
        </w:rPr>
        <w:t>): ____________________________________________</w:t>
      </w:r>
    </w:p>
    <w:p w14:paraId="0267B4A8" w14:textId="77777777" w:rsidR="00D40E6E" w:rsidRDefault="00D40E6E">
      <w:pPr>
        <w:rPr>
          <w:b/>
          <w:sz w:val="28"/>
          <w:szCs w:val="28"/>
          <w:lang w:val="sr-Cyrl-RS"/>
        </w:rPr>
      </w:pPr>
    </w:p>
    <w:p w14:paraId="06F30FC5" w14:textId="12CA9FF8" w:rsidR="00AE0EA9" w:rsidRPr="00E263C8" w:rsidRDefault="00A87C89">
      <w:pPr>
        <w:rPr>
          <w:sz w:val="28"/>
          <w:szCs w:val="28"/>
        </w:rPr>
      </w:pPr>
      <w:r w:rsidRPr="00E263C8">
        <w:rPr>
          <w:b/>
          <w:sz w:val="28"/>
          <w:szCs w:val="28"/>
        </w:rPr>
        <w:t>САГЛАСНОСТ</w:t>
      </w:r>
    </w:p>
    <w:p w14:paraId="35B0B8A2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Сагласан</w:t>
      </w:r>
      <w:proofErr w:type="spellEnd"/>
      <w:r w:rsidRPr="00E263C8">
        <w:rPr>
          <w:sz w:val="28"/>
          <w:szCs w:val="28"/>
        </w:rPr>
        <w:t>/</w:t>
      </w:r>
      <w:proofErr w:type="spellStart"/>
      <w:r w:rsidRPr="00E263C8">
        <w:rPr>
          <w:sz w:val="28"/>
          <w:szCs w:val="28"/>
        </w:rPr>
        <w:t>сагласна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сам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да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школа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користи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наведене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податке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искључиво</w:t>
      </w:r>
      <w:proofErr w:type="spellEnd"/>
      <w:r w:rsidRPr="00E263C8">
        <w:rPr>
          <w:sz w:val="28"/>
          <w:szCs w:val="28"/>
        </w:rPr>
        <w:t xml:space="preserve"> у </w:t>
      </w:r>
      <w:proofErr w:type="spellStart"/>
      <w:r w:rsidRPr="00E263C8">
        <w:rPr>
          <w:sz w:val="28"/>
          <w:szCs w:val="28"/>
        </w:rPr>
        <w:t>сврху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спровођења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поступка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пријемног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испита</w:t>
      </w:r>
      <w:proofErr w:type="spellEnd"/>
      <w:r w:rsidRPr="00E263C8">
        <w:rPr>
          <w:sz w:val="28"/>
          <w:szCs w:val="28"/>
        </w:rPr>
        <w:t>.   ☐ ДА   ☐ НЕ</w:t>
      </w:r>
    </w:p>
    <w:p w14:paraId="57A7DDF1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Датум</w:t>
      </w:r>
      <w:proofErr w:type="spellEnd"/>
      <w:r w:rsidRPr="00E263C8">
        <w:rPr>
          <w:sz w:val="28"/>
          <w:szCs w:val="28"/>
        </w:rPr>
        <w:t>: __________________________</w:t>
      </w:r>
    </w:p>
    <w:p w14:paraId="5DFA3E24" w14:textId="77777777" w:rsidR="00AE0EA9" w:rsidRPr="00E263C8" w:rsidRDefault="00A87C89">
      <w:pPr>
        <w:rPr>
          <w:sz w:val="28"/>
          <w:szCs w:val="28"/>
        </w:rPr>
      </w:pPr>
      <w:proofErr w:type="spellStart"/>
      <w:r w:rsidRPr="00E263C8">
        <w:rPr>
          <w:sz w:val="28"/>
          <w:szCs w:val="28"/>
        </w:rPr>
        <w:t>Потпис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родитеља</w:t>
      </w:r>
      <w:proofErr w:type="spellEnd"/>
      <w:r w:rsidRPr="00E263C8">
        <w:rPr>
          <w:sz w:val="28"/>
          <w:szCs w:val="28"/>
        </w:rPr>
        <w:t xml:space="preserve"> / </w:t>
      </w:r>
      <w:proofErr w:type="spellStart"/>
      <w:r w:rsidRPr="00E263C8">
        <w:rPr>
          <w:sz w:val="28"/>
          <w:szCs w:val="28"/>
        </w:rPr>
        <w:t>законског</w:t>
      </w:r>
      <w:proofErr w:type="spellEnd"/>
      <w:r w:rsidRPr="00E263C8">
        <w:rPr>
          <w:sz w:val="28"/>
          <w:szCs w:val="28"/>
        </w:rPr>
        <w:t xml:space="preserve"> </w:t>
      </w:r>
      <w:proofErr w:type="spellStart"/>
      <w:r w:rsidRPr="00E263C8">
        <w:rPr>
          <w:sz w:val="28"/>
          <w:szCs w:val="28"/>
        </w:rPr>
        <w:t>заступника</w:t>
      </w:r>
      <w:proofErr w:type="spellEnd"/>
      <w:r w:rsidRPr="00E263C8">
        <w:rPr>
          <w:sz w:val="28"/>
          <w:szCs w:val="28"/>
        </w:rPr>
        <w:t>: __________________________</w:t>
      </w:r>
    </w:p>
    <w:sectPr w:rsidR="00AE0EA9" w:rsidRPr="00E263C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sabrojevim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sabrojevim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saznakovimazanabrajanj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saznakovimazanabrajanj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nalist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nakzanabrajanjenalis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6980040">
    <w:abstractNumId w:val="8"/>
  </w:num>
  <w:num w:numId="2" w16cid:durableId="1724211228">
    <w:abstractNumId w:val="6"/>
  </w:num>
  <w:num w:numId="3" w16cid:durableId="1832914957">
    <w:abstractNumId w:val="5"/>
  </w:num>
  <w:num w:numId="4" w16cid:durableId="1403256990">
    <w:abstractNumId w:val="4"/>
  </w:num>
  <w:num w:numId="5" w16cid:durableId="1231386279">
    <w:abstractNumId w:val="7"/>
  </w:num>
  <w:num w:numId="6" w16cid:durableId="461000634">
    <w:abstractNumId w:val="3"/>
  </w:num>
  <w:num w:numId="7" w16cid:durableId="736366388">
    <w:abstractNumId w:val="2"/>
  </w:num>
  <w:num w:numId="8" w16cid:durableId="100075371">
    <w:abstractNumId w:val="1"/>
  </w:num>
  <w:num w:numId="9" w16cid:durableId="14674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8531C"/>
    <w:rsid w:val="007C7319"/>
    <w:rsid w:val="007E0CA3"/>
    <w:rsid w:val="008679A5"/>
    <w:rsid w:val="008F113A"/>
    <w:rsid w:val="00A87C89"/>
    <w:rsid w:val="00AA1D8D"/>
    <w:rsid w:val="00AE0EA9"/>
    <w:rsid w:val="00B47730"/>
    <w:rsid w:val="00BD3222"/>
    <w:rsid w:val="00C14E75"/>
    <w:rsid w:val="00CB0664"/>
    <w:rsid w:val="00D40E6E"/>
    <w:rsid w:val="00E263C8"/>
    <w:rsid w:val="00F06A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800DEB"/>
  <w14:defaultImageDpi w14:val="300"/>
  <w15:docId w15:val="{58316E03-EA26-C149-A254-9469F838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618BF"/>
  </w:style>
  <w:style w:type="paragraph" w:styleId="Podnojestranice">
    <w:name w:val="footer"/>
    <w:basedOn w:val="Normal"/>
    <w:link w:val="Podno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618BF"/>
  </w:style>
  <w:style w:type="paragraph" w:styleId="Bezrazmak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sussalistom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loteksta">
    <w:name w:val="Body Text"/>
    <w:basedOn w:val="Normal"/>
    <w:link w:val="TelotekstaChar"/>
    <w:uiPriority w:val="99"/>
    <w:unhideWhenUsed/>
    <w:rsid w:val="00AA1D8D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rsid w:val="00AA1D8D"/>
  </w:style>
  <w:style w:type="paragraph" w:styleId="Teloteksta2">
    <w:name w:val="Body Text 2"/>
    <w:basedOn w:val="Normal"/>
    <w:link w:val="Teloteksta2Char"/>
    <w:uiPriority w:val="99"/>
    <w:unhideWhenUsed/>
    <w:rsid w:val="00AA1D8D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rsid w:val="00AA1D8D"/>
  </w:style>
  <w:style w:type="paragraph" w:styleId="Teloteksta3">
    <w:name w:val="Body Text 3"/>
    <w:basedOn w:val="Normal"/>
    <w:link w:val="T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Znakzanabrajanjenalist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saznakovimazanabrajanj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nalist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sabrojevim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sabrojevim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list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a">
    <w:name w:val="macro"/>
    <w:link w:val="Tekstmakro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rsid w:val="0029639D"/>
    <w:rPr>
      <w:rFonts w:ascii="Courier" w:hAnsi="Courier"/>
      <w:sz w:val="20"/>
      <w:szCs w:val="20"/>
    </w:rPr>
  </w:style>
  <w:style w:type="paragraph" w:styleId="Navoenje">
    <w:name w:val="Quote"/>
    <w:basedOn w:val="Normal"/>
    <w:next w:val="Normal"/>
    <w:link w:val="NavoenjeChar"/>
    <w:uiPriority w:val="29"/>
    <w:qFormat/>
    <w:rsid w:val="00FC693F"/>
    <w:rPr>
      <w:i/>
      <w:iCs/>
      <w:color w:val="000000" w:themeColor="text1"/>
    </w:rPr>
  </w:style>
  <w:style w:type="character" w:customStyle="1" w:styleId="NavoenjeChar">
    <w:name w:val="Navođenje Char"/>
    <w:basedOn w:val="Podrazumevanifontpasusa"/>
    <w:link w:val="Navoenje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Podrazumevanifontpasusa"/>
    <w:uiPriority w:val="22"/>
    <w:qFormat/>
    <w:rsid w:val="00FC693F"/>
    <w:rPr>
      <w:b/>
      <w:bCs/>
    </w:rPr>
  </w:style>
  <w:style w:type="character" w:styleId="Naglaavanje">
    <w:name w:val="Emphasis"/>
    <w:basedOn w:val="Podrazumevanifontpasusa"/>
    <w:uiPriority w:val="20"/>
    <w:qFormat/>
    <w:rsid w:val="00FC693F"/>
    <w:rPr>
      <w:i/>
      <w:iCs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C693F"/>
    <w:rPr>
      <w:b/>
      <w:bCs/>
      <w:i/>
      <w:iCs/>
      <w:color w:val="4F81BD" w:themeColor="accent1"/>
    </w:rPr>
  </w:style>
  <w:style w:type="character" w:styleId="Suptilnonaglaavanje">
    <w:name w:val="Subtle Emphasis"/>
    <w:basedOn w:val="Podrazumevanifontpasusa"/>
    <w:uiPriority w:val="19"/>
    <w:qFormat/>
    <w:rsid w:val="00FC693F"/>
    <w:rPr>
      <w:i/>
      <w:iCs/>
      <w:color w:val="808080" w:themeColor="text1" w:themeTint="7F"/>
    </w:rPr>
  </w:style>
  <w:style w:type="character" w:styleId="Izrazitonaglaavanje">
    <w:name w:val="Intense Emphasis"/>
    <w:basedOn w:val="Podrazumevanifontpasusa"/>
    <w:uiPriority w:val="21"/>
    <w:qFormat/>
    <w:rsid w:val="00FC693F"/>
    <w:rPr>
      <w:b/>
      <w:bCs/>
      <w:i/>
      <w:iCs/>
      <w:color w:val="4F81BD" w:themeColor="accent1"/>
    </w:rPr>
  </w:style>
  <w:style w:type="character" w:styleId="Suptilnareferenca">
    <w:name w:val="Subtle Reference"/>
    <w:basedOn w:val="Podrazumevanifontpasusa"/>
    <w:uiPriority w:val="31"/>
    <w:qFormat/>
    <w:rsid w:val="00FC693F"/>
    <w:rPr>
      <w:smallCaps/>
      <w:color w:val="C0504D" w:themeColor="accent2"/>
      <w:u w:val="single"/>
    </w:rPr>
  </w:style>
  <w:style w:type="character" w:styleId="Izrazitareferenca">
    <w:name w:val="Intense Reference"/>
    <w:basedOn w:val="Podrazumevanifontpas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odrazumevanifontpasusa"/>
    <w:uiPriority w:val="33"/>
    <w:qFormat/>
    <w:rsid w:val="00FC693F"/>
    <w:rPr>
      <w:b/>
      <w:bCs/>
      <w:smallCaps/>
      <w:spacing w:val="5"/>
    </w:r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Koordinatnamreatabele">
    <w:name w:val="Table Grid"/>
    <w:basedOn w:val="Normal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ormal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alista">
    <w:name w:val="Light List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koordinatnamrea">
    <w:name w:val="Light Grid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lista1">
    <w:name w:val="Medium Lis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alista2">
    <w:name w:val="Medium Lis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koordinatnamrea1">
    <w:name w:val="Medium Grid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koordinatnamrea2">
    <w:name w:val="Medium Grid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alista">
    <w:name w:val="Dark List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alistanaglaavanje2">
    <w:name w:val="Dark List Accent 2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alistanaglaavanje3">
    <w:name w:val="Dark List Accent 3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alistanaglaavanje4">
    <w:name w:val="Dark List Accent 4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alistanaglaavanje5">
    <w:name w:val="Dark List Accent 5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alistanaglaavanje6">
    <w:name w:val="Dark List Accent 6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enosenenje">
    <w:name w:val="Colorful Shading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alista">
    <w:name w:val="Colorful List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enakoordinatnamrea">
    <w:name w:val="Colorful Grid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Sprecakovic</cp:lastModifiedBy>
  <cp:revision>6</cp:revision>
  <cp:lastPrinted>2026-08-26T08:53:00Z</cp:lastPrinted>
  <dcterms:created xsi:type="dcterms:W3CDTF">2026-07-15T16:54:00Z</dcterms:created>
  <dcterms:modified xsi:type="dcterms:W3CDTF">2026-08-26T09:03:00Z</dcterms:modified>
  <cp:category/>
</cp:coreProperties>
</file>