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A467E" w14:textId="77777777" w:rsidR="00B05921" w:rsidRDefault="00000000">
      <w:pPr>
        <w:jc w:val="center"/>
      </w:pPr>
      <w:r>
        <w:rPr>
          <w:b/>
          <w:sz w:val="28"/>
        </w:rPr>
        <w:t>ШКОЛА ЗА ОСНОВНО И СРЕДЊЕ МУЗИЧКО ОБРАЗОВАЊЕ</w:t>
      </w:r>
      <w:r>
        <w:rPr>
          <w:b/>
          <w:sz w:val="28"/>
        </w:rPr>
        <w:br/>
        <w:t>„СТЕВАН МОКРАЊАЦ“ ПОЖАРЕВАЦ</w:t>
      </w:r>
      <w:r>
        <w:rPr>
          <w:b/>
          <w:sz w:val="28"/>
        </w:rPr>
        <w:br/>
      </w:r>
      <w:r>
        <w:rPr>
          <w:b/>
          <w:sz w:val="28"/>
        </w:rPr>
        <w:br/>
        <w:t>УПИСНИЦА</w:t>
      </w:r>
      <w:r>
        <w:rPr>
          <w:b/>
          <w:sz w:val="28"/>
        </w:rPr>
        <w:br/>
        <w:t>ЗА УПИС У ОСНОВНУ МУЗИЧКУ ШКОЛУ</w:t>
      </w:r>
    </w:p>
    <w:p w14:paraId="285F0C3E" w14:textId="77777777" w:rsidR="00B05921" w:rsidRDefault="00000000">
      <w:r>
        <w:rPr>
          <w:b/>
        </w:rPr>
        <w:t>Школска година: ____________</w:t>
      </w:r>
    </w:p>
    <w:p w14:paraId="61657067" w14:textId="40BB0AF0" w:rsidR="00B05921" w:rsidRDefault="0040107A">
      <w:r>
        <w:rPr>
          <w:b/>
          <w:lang w:val="sr-Cyrl-RS"/>
        </w:rPr>
        <w:t xml:space="preserve"> </w:t>
      </w:r>
      <w:r w:rsidR="00000000">
        <w:rPr>
          <w:b/>
        </w:rPr>
        <w:t xml:space="preserve"> ПОДАЦИ О УЧЕНИКУ</w:t>
      </w:r>
    </w:p>
    <w:p w14:paraId="0B95FD02" w14:textId="77777777" w:rsidR="00B05921" w:rsidRDefault="00000000">
      <w:r>
        <w:t>Име и презиме: ______________________________________________</w:t>
      </w:r>
    </w:p>
    <w:p w14:paraId="1417E42F" w14:textId="77777777" w:rsidR="00B05921" w:rsidRDefault="00000000">
      <w:r>
        <w:t>ЈМБГ: ______________________________________________</w:t>
      </w:r>
    </w:p>
    <w:p w14:paraId="7399AA39" w14:textId="77777777" w:rsidR="00B05921" w:rsidRDefault="00000000">
      <w:r>
        <w:t>Датум рођења: ______________________________________________</w:t>
      </w:r>
    </w:p>
    <w:p w14:paraId="69245406" w14:textId="77777777" w:rsidR="00B05921" w:rsidRDefault="00000000">
      <w:r>
        <w:t>Место рођења: ______________________________________________</w:t>
      </w:r>
    </w:p>
    <w:p w14:paraId="31B86C2E" w14:textId="77777777" w:rsidR="00B05921" w:rsidRDefault="00000000">
      <w:r>
        <w:t>Држављанство: ______________________________________________</w:t>
      </w:r>
    </w:p>
    <w:p w14:paraId="0B1B002C" w14:textId="77777777" w:rsidR="00B05921" w:rsidRDefault="00000000">
      <w:r>
        <w:t>Адреса становања: ______________________________________________</w:t>
      </w:r>
    </w:p>
    <w:p w14:paraId="25E25B32" w14:textId="77777777" w:rsidR="00B05921" w:rsidRDefault="00000000">
      <w:r>
        <w:t>Основна школа: ______________________________________________</w:t>
      </w:r>
    </w:p>
    <w:p w14:paraId="77D16461" w14:textId="77777777" w:rsidR="00B05921" w:rsidRDefault="00000000">
      <w:r>
        <w:t>Разред који ученик похађа: ______________________________________________</w:t>
      </w:r>
    </w:p>
    <w:p w14:paraId="3704C790" w14:textId="2F31952B" w:rsidR="00B05921" w:rsidRDefault="00000000">
      <w:r>
        <w:rPr>
          <w:b/>
        </w:rPr>
        <w:t xml:space="preserve"> ПОДАЦИ О РОДИТЕЉУ / ЗАКОНСКОМ ЗАСТУПНИКУ</w:t>
      </w:r>
    </w:p>
    <w:p w14:paraId="4D68AF8F" w14:textId="77777777" w:rsidR="00B05921" w:rsidRDefault="00000000">
      <w:r>
        <w:t>Име и презиме: ______________________________________________</w:t>
      </w:r>
    </w:p>
    <w:p w14:paraId="4423EF65" w14:textId="77777777" w:rsidR="00B05921" w:rsidRDefault="00000000">
      <w:r>
        <w:t>Адреса становања: ______________________________________________</w:t>
      </w:r>
    </w:p>
    <w:p w14:paraId="31A3C57E" w14:textId="77777777" w:rsidR="00B05921" w:rsidRDefault="00000000">
      <w:r>
        <w:t>Телефон: ______________________________________________</w:t>
      </w:r>
    </w:p>
    <w:p w14:paraId="72DC3768" w14:textId="77777777" w:rsidR="00B05921" w:rsidRDefault="00000000">
      <w:r>
        <w:t>Е-mail: ______________________________________________</w:t>
      </w:r>
    </w:p>
    <w:p w14:paraId="0546794F" w14:textId="7B6235A0" w:rsidR="00B05921" w:rsidRDefault="0040107A">
      <w:r>
        <w:rPr>
          <w:b/>
          <w:lang w:val="sr-Cyrl-RS"/>
        </w:rPr>
        <w:t xml:space="preserve"> </w:t>
      </w:r>
      <w:r w:rsidR="00000000">
        <w:rPr>
          <w:b/>
        </w:rPr>
        <w:t>ПОДАЦИ О УПИСУ</w:t>
      </w:r>
    </w:p>
    <w:p w14:paraId="7BA88E28" w14:textId="77777777" w:rsidR="00B05921" w:rsidRDefault="00000000">
      <w:r>
        <w:t>Место похађања наставе: ☐ Пожаревац   ☐ Костолац   ☐ Велико Градиште   ☐ Кучево   ☐ Мало Црниће</w:t>
      </w:r>
    </w:p>
    <w:p w14:paraId="0C629928" w14:textId="77777777" w:rsidR="00B05921" w:rsidRDefault="00000000">
      <w:r>
        <w:t>Главни предмет (инструмент / соло певање): ______________________________________________</w:t>
      </w:r>
    </w:p>
    <w:p w14:paraId="3D9A5A7D" w14:textId="77777777" w:rsidR="00B05921" w:rsidRDefault="00000000">
      <w:r>
        <w:t>Ученик се уписује као: ☐ Редован    ☐ Ванредан</w:t>
      </w:r>
    </w:p>
    <w:p w14:paraId="658E47C6" w14:textId="77777777" w:rsidR="00B05921" w:rsidRDefault="00000000">
      <w:r>
        <w:lastRenderedPageBreak/>
        <w:t>Да ли ученик поседује инструмент? ☐ Да    ☐ Не</w:t>
      </w:r>
    </w:p>
    <w:p w14:paraId="1E645305" w14:textId="77777777" w:rsidR="00B05921" w:rsidRDefault="00000000">
      <w:r>
        <w:t>Ако поседује, који инструмент: ______________________________________________</w:t>
      </w:r>
    </w:p>
    <w:p w14:paraId="09D1A35D" w14:textId="77777777" w:rsidR="00B05921" w:rsidRDefault="00000000">
      <w:r>
        <w:t>Наставник главног предмета (ученици који уписују I разред ОМШ не уписују наставника): ______________________________________________</w:t>
      </w:r>
    </w:p>
    <w:p w14:paraId="4A74D145" w14:textId="77777777" w:rsidR="00B05921" w:rsidRDefault="00000000">
      <w:r>
        <w:t>Претходно музичко образовање (ако постоји): ______________________________________________</w:t>
      </w:r>
    </w:p>
    <w:p w14:paraId="7E8D1D87" w14:textId="5FCCE3AD" w:rsidR="00B05921" w:rsidRDefault="0040107A">
      <w:r>
        <w:rPr>
          <w:b/>
          <w:lang w:val="sr-Cyrl-RS"/>
        </w:rPr>
        <w:t xml:space="preserve"> </w:t>
      </w:r>
      <w:r w:rsidR="00000000">
        <w:rPr>
          <w:b/>
        </w:rPr>
        <w:t>САГЛАСНОСТ РОДИТЕЉА / ЗАКОНСКОГ ЗАСТУПНИКА</w:t>
      </w:r>
    </w:p>
    <w:p w14:paraId="06B2BF9B" w14:textId="77777777" w:rsidR="00B05921" w:rsidRDefault="00000000">
      <w:r>
        <w:t>Сагласан/сагласна сам да Школа може фотографисати и снимати моје дете током наставе, јавних наступа, такмичења, концерата, приредби и других активности у организацији школе, као и да наведени материјал користи искључиво у сврху представљања рада школе и ученичких постигнућа, у складу са важећим прописима.</w:t>
      </w:r>
    </w:p>
    <w:p w14:paraId="126D3EA8" w14:textId="77777777" w:rsidR="00B05921" w:rsidRDefault="00000000">
      <w:r>
        <w:t>☐ ДА      ☐ НЕ</w:t>
      </w:r>
    </w:p>
    <w:p w14:paraId="38A88AA6" w14:textId="77777777" w:rsidR="00B05921" w:rsidRDefault="00000000">
      <w:r>
        <w:br/>
        <w:t>Датум: ______________________________</w:t>
      </w:r>
    </w:p>
    <w:p w14:paraId="34DBDB8C" w14:textId="77777777" w:rsidR="00B05921" w:rsidRDefault="00000000">
      <w:pPr>
        <w:rPr>
          <w:lang w:val="sr-Cyrl-RS"/>
        </w:rPr>
      </w:pPr>
      <w:proofErr w:type="spellStart"/>
      <w:r>
        <w:t>Потпис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/ </w:t>
      </w:r>
      <w:proofErr w:type="spellStart"/>
      <w:r>
        <w:t>законског</w:t>
      </w:r>
      <w:proofErr w:type="spellEnd"/>
      <w:r>
        <w:t xml:space="preserve"> </w:t>
      </w:r>
      <w:proofErr w:type="spellStart"/>
      <w:r>
        <w:t>заступника</w:t>
      </w:r>
      <w:proofErr w:type="spellEnd"/>
      <w:r>
        <w:t>: ______________________________</w:t>
      </w:r>
    </w:p>
    <w:p w14:paraId="5CBEE905" w14:textId="77777777" w:rsidR="0040107A" w:rsidRDefault="0040107A">
      <w:pPr>
        <w:rPr>
          <w:lang w:val="sr-Cyrl-RS"/>
        </w:rPr>
      </w:pPr>
    </w:p>
    <w:p w14:paraId="3F056D88" w14:textId="08ADC43B" w:rsidR="0040107A" w:rsidRDefault="0040107A" w:rsidP="0040107A">
      <w:r>
        <w:rPr>
          <w:b/>
        </w:rPr>
        <w:t xml:space="preserve"> СЛУЖБЕНИ ДЕО</w:t>
      </w:r>
    </w:p>
    <w:p w14:paraId="4E47BE5E" w14:textId="77777777" w:rsidR="0040107A" w:rsidRDefault="0040107A" w:rsidP="0040107A">
      <w:proofErr w:type="spellStart"/>
      <w:r>
        <w:t>Образац</w:t>
      </w:r>
      <w:proofErr w:type="spellEnd"/>
      <w:r>
        <w:t xml:space="preserve"> </w:t>
      </w:r>
      <w:proofErr w:type="spellStart"/>
      <w:r>
        <w:t>примио</w:t>
      </w:r>
      <w:proofErr w:type="spellEnd"/>
      <w:r>
        <w:t xml:space="preserve"> и </w:t>
      </w:r>
      <w:proofErr w:type="spellStart"/>
      <w:r>
        <w:t>упис</w:t>
      </w:r>
      <w:proofErr w:type="spellEnd"/>
      <w:r>
        <w:t xml:space="preserve"> </w:t>
      </w:r>
      <w:proofErr w:type="spellStart"/>
      <w:r>
        <w:t>извршио</w:t>
      </w:r>
      <w:proofErr w:type="spellEnd"/>
      <w:r>
        <w:t xml:space="preserve"> (</w:t>
      </w:r>
      <w:proofErr w:type="spellStart"/>
      <w:r>
        <w:t>име</w:t>
      </w:r>
      <w:proofErr w:type="spellEnd"/>
      <w:r>
        <w:t xml:space="preserve"> и </w:t>
      </w:r>
      <w:proofErr w:type="spellStart"/>
      <w:r>
        <w:t>презиме</w:t>
      </w:r>
      <w:proofErr w:type="spellEnd"/>
      <w:r>
        <w:t>): ______________________________________________</w:t>
      </w:r>
    </w:p>
    <w:p w14:paraId="315EEC53" w14:textId="77777777" w:rsidR="0040107A" w:rsidRDefault="0040107A" w:rsidP="0040107A">
      <w:proofErr w:type="spellStart"/>
      <w:r>
        <w:t>Потпис</w:t>
      </w:r>
      <w:proofErr w:type="spellEnd"/>
      <w:r>
        <w:t>: ______________________________</w:t>
      </w:r>
    </w:p>
    <w:p w14:paraId="12FAEA91" w14:textId="77777777" w:rsidR="0040107A" w:rsidRPr="0040107A" w:rsidRDefault="0040107A">
      <w:pPr>
        <w:rPr>
          <w:lang w:val="sr-Cyrl-RS"/>
        </w:rPr>
      </w:pPr>
    </w:p>
    <w:sectPr w:rsidR="0040107A" w:rsidRPr="0040107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sabrojevim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sabrojevim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saznakovimazanabrajanj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saznakovimazanabrajanj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nalist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nakzanabrajanjenalist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0349077">
    <w:abstractNumId w:val="8"/>
  </w:num>
  <w:num w:numId="2" w16cid:durableId="922223278">
    <w:abstractNumId w:val="6"/>
  </w:num>
  <w:num w:numId="3" w16cid:durableId="1140920713">
    <w:abstractNumId w:val="5"/>
  </w:num>
  <w:num w:numId="4" w16cid:durableId="1938321919">
    <w:abstractNumId w:val="4"/>
  </w:num>
  <w:num w:numId="5" w16cid:durableId="1479299708">
    <w:abstractNumId w:val="7"/>
  </w:num>
  <w:num w:numId="6" w16cid:durableId="1533149649">
    <w:abstractNumId w:val="3"/>
  </w:num>
  <w:num w:numId="7" w16cid:durableId="395904036">
    <w:abstractNumId w:val="2"/>
  </w:num>
  <w:num w:numId="8" w16cid:durableId="804156463">
    <w:abstractNumId w:val="1"/>
  </w:num>
  <w:num w:numId="9" w16cid:durableId="1263683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2271"/>
    <w:rsid w:val="0028727C"/>
    <w:rsid w:val="0029639D"/>
    <w:rsid w:val="002D5334"/>
    <w:rsid w:val="00326F90"/>
    <w:rsid w:val="00386C7A"/>
    <w:rsid w:val="0040107A"/>
    <w:rsid w:val="00586E58"/>
    <w:rsid w:val="009B36D9"/>
    <w:rsid w:val="00AA1D8D"/>
    <w:rsid w:val="00B05921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8210D4"/>
  <w14:defaultImageDpi w14:val="300"/>
  <w15:docId w15:val="{19789B10-7E1E-4F35-A164-E4FF09133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E618BF"/>
  </w:style>
  <w:style w:type="paragraph" w:styleId="Podnojestranice">
    <w:name w:val="footer"/>
    <w:basedOn w:val="Normal"/>
    <w:link w:val="Podnojestranic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E618BF"/>
  </w:style>
  <w:style w:type="paragraph" w:styleId="Bezrazmak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Podrazumevanifontpasus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Podrazumevanifontpasus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Podrazumevanifontpasus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sussalistom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loteksta">
    <w:name w:val="Body Text"/>
    <w:basedOn w:val="Normal"/>
    <w:link w:val="TelotekstaChar"/>
    <w:uiPriority w:val="99"/>
    <w:unhideWhenUsed/>
    <w:rsid w:val="00AA1D8D"/>
    <w:pPr>
      <w:spacing w:after="120"/>
    </w:pPr>
  </w:style>
  <w:style w:type="character" w:customStyle="1" w:styleId="TelotekstaChar">
    <w:name w:val="Telo teksta Char"/>
    <w:basedOn w:val="Podrazumevanifontpasusa"/>
    <w:link w:val="Teloteksta"/>
    <w:uiPriority w:val="99"/>
    <w:rsid w:val="00AA1D8D"/>
  </w:style>
  <w:style w:type="paragraph" w:styleId="Teloteksta2">
    <w:name w:val="Body Text 2"/>
    <w:basedOn w:val="Normal"/>
    <w:link w:val="Teloteksta2Char"/>
    <w:uiPriority w:val="99"/>
    <w:unhideWhenUsed/>
    <w:rsid w:val="00AA1D8D"/>
    <w:pPr>
      <w:spacing w:after="120" w:line="480" w:lineRule="auto"/>
    </w:pPr>
  </w:style>
  <w:style w:type="character" w:customStyle="1" w:styleId="Teloteksta2Char">
    <w:name w:val="Telo teksta 2 Char"/>
    <w:basedOn w:val="Podrazumevanifontpasusa"/>
    <w:link w:val="Teloteksta2"/>
    <w:uiPriority w:val="99"/>
    <w:rsid w:val="00AA1D8D"/>
  </w:style>
  <w:style w:type="paragraph" w:styleId="Teloteksta3">
    <w:name w:val="Body Text 3"/>
    <w:basedOn w:val="Normal"/>
    <w:link w:val="T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teksta3Char">
    <w:name w:val="Telo teksta 3 Char"/>
    <w:basedOn w:val="Podrazumevanifontpasusa"/>
    <w:link w:val="Teloteksta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Znakzanabrajanjenalist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saznakovimazanabrajanj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saznakovimazanabrajanj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nalist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sabrojevim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sabrojevim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list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list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list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a">
    <w:name w:val="macro"/>
    <w:link w:val="Tekstmakro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aChar">
    <w:name w:val="Tekst makroa Char"/>
    <w:basedOn w:val="Podrazumevanifontpasusa"/>
    <w:link w:val="Tekstmakroa"/>
    <w:uiPriority w:val="99"/>
    <w:rsid w:val="0029639D"/>
    <w:rPr>
      <w:rFonts w:ascii="Courier" w:hAnsi="Courier"/>
      <w:sz w:val="20"/>
      <w:szCs w:val="20"/>
    </w:rPr>
  </w:style>
  <w:style w:type="paragraph" w:styleId="Navoenje">
    <w:name w:val="Quote"/>
    <w:basedOn w:val="Normal"/>
    <w:next w:val="Normal"/>
    <w:link w:val="NavoenjeChar"/>
    <w:uiPriority w:val="29"/>
    <w:qFormat/>
    <w:rsid w:val="00FC693F"/>
    <w:rPr>
      <w:i/>
      <w:iCs/>
      <w:color w:val="000000" w:themeColor="text1"/>
    </w:rPr>
  </w:style>
  <w:style w:type="character" w:customStyle="1" w:styleId="NavoenjeChar">
    <w:name w:val="Navođenje Char"/>
    <w:basedOn w:val="Podrazumevanifontpasusa"/>
    <w:link w:val="Navoenje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tpi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Podrazumevanifontpasusa"/>
    <w:uiPriority w:val="22"/>
    <w:qFormat/>
    <w:rsid w:val="00FC693F"/>
    <w:rPr>
      <w:b/>
      <w:bCs/>
    </w:rPr>
  </w:style>
  <w:style w:type="character" w:styleId="Naglaavanje">
    <w:name w:val="Emphasis"/>
    <w:basedOn w:val="Podrazumevanifontpasusa"/>
    <w:uiPriority w:val="20"/>
    <w:qFormat/>
    <w:rsid w:val="00FC693F"/>
    <w:rPr>
      <w:i/>
      <w:iCs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FC693F"/>
    <w:rPr>
      <w:b/>
      <w:bCs/>
      <w:i/>
      <w:iCs/>
      <w:color w:val="4F81BD" w:themeColor="accent1"/>
    </w:rPr>
  </w:style>
  <w:style w:type="character" w:styleId="Suptilnonaglaavanje">
    <w:name w:val="Subtle Emphasis"/>
    <w:basedOn w:val="Podrazumevanifontpasusa"/>
    <w:uiPriority w:val="19"/>
    <w:qFormat/>
    <w:rsid w:val="00FC693F"/>
    <w:rPr>
      <w:i/>
      <w:iCs/>
      <w:color w:val="808080" w:themeColor="text1" w:themeTint="7F"/>
    </w:rPr>
  </w:style>
  <w:style w:type="character" w:styleId="Izrazitonaglaavanje">
    <w:name w:val="Intense Emphasis"/>
    <w:basedOn w:val="Podrazumevanifontpasusa"/>
    <w:uiPriority w:val="21"/>
    <w:qFormat/>
    <w:rsid w:val="00FC693F"/>
    <w:rPr>
      <w:b/>
      <w:bCs/>
      <w:i/>
      <w:iCs/>
      <w:color w:val="4F81BD" w:themeColor="accent1"/>
    </w:rPr>
  </w:style>
  <w:style w:type="character" w:styleId="Suptilnareferenca">
    <w:name w:val="Subtle Reference"/>
    <w:basedOn w:val="Podrazumevanifontpasusa"/>
    <w:uiPriority w:val="31"/>
    <w:qFormat/>
    <w:rsid w:val="00FC693F"/>
    <w:rPr>
      <w:smallCaps/>
      <w:color w:val="C0504D" w:themeColor="accent2"/>
      <w:u w:val="single"/>
    </w:rPr>
  </w:style>
  <w:style w:type="character" w:styleId="Izrazitareferenca">
    <w:name w:val="Intense Reference"/>
    <w:basedOn w:val="Podrazumevanifontpas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odrazumevanifontpasusa"/>
    <w:uiPriority w:val="33"/>
    <w:qFormat/>
    <w:rsid w:val="00FC693F"/>
    <w:rPr>
      <w:b/>
      <w:bCs/>
      <w:smallCaps/>
      <w:spacing w:val="5"/>
    </w:rPr>
  </w:style>
  <w:style w:type="paragraph" w:styleId="Naslovsadraja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Koordinatnamreatabele">
    <w:name w:val="Table Grid"/>
    <w:basedOn w:val="Normal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ormal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naglaavanje1">
    <w:name w:val="Light Shading Accent 1"/>
    <w:basedOn w:val="Normal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naglaavanje2">
    <w:name w:val="Light Shading Accent 2"/>
    <w:basedOn w:val="Normal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naglaavanje3">
    <w:name w:val="Light Shading Accent 3"/>
    <w:basedOn w:val="Normal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naglaavanje4">
    <w:name w:val="Light Shading Accent 4"/>
    <w:basedOn w:val="Normal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naglaavanje5">
    <w:name w:val="Light Shading Accent 5"/>
    <w:basedOn w:val="Normal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naglaavanje6">
    <w:name w:val="Light Shading Accent 6"/>
    <w:basedOn w:val="Normal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alista">
    <w:name w:val="Light List"/>
    <w:basedOn w:val="Normal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alistanaglaavanje1">
    <w:name w:val="Light List Accent 1"/>
    <w:basedOn w:val="Normal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alistanaglaavanje2">
    <w:name w:val="Light List Accent 2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alistanaglaavanje3">
    <w:name w:val="Light List Accent 3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alistanaglaavanje4">
    <w:name w:val="Light List Accent 4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alistanaglaavanje5">
    <w:name w:val="Light List Accent 5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alistanaglaavanje6">
    <w:name w:val="Light List Accent 6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koordinatnamrea">
    <w:name w:val="Light Grid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koordinatnamreanaglaavanje1">
    <w:name w:val="Light Grid Accent 1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koordinatnamreanaglaavanje2">
    <w:name w:val="Light Grid Accent 2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koordinatnamreanaglaavanje3">
    <w:name w:val="Light Grid Accent 3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koordinatnamreanaglaavanje4">
    <w:name w:val="Light Grid Accent 4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koordinatnamreanaglaavanje5">
    <w:name w:val="Light Grid Accent 5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koordinatnamreanaglaavanje6">
    <w:name w:val="Light Grid Accent 6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1">
    <w:name w:val="Medium Shading 1 Accent 1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2">
    <w:name w:val="Medium Shading 1 Accent 2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3">
    <w:name w:val="Medium Shading 1 Accent 3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4">
    <w:name w:val="Medium Shading 1 Accent 4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5">
    <w:name w:val="Medium Shading 1 Accent 5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6">
    <w:name w:val="Medium Shading 1 Accent 6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1">
    <w:name w:val="Medium Shading 2 Accent 1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2">
    <w:name w:val="Medium Shading 2 Accent 2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3">
    <w:name w:val="Medium Shading 2 Accent 3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4">
    <w:name w:val="Medium Shading 2 Accent 4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5">
    <w:name w:val="Medium Shading 2 Accent 5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6">
    <w:name w:val="Medium Shading 2 Accent 6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alista1">
    <w:name w:val="Medium List 1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alista1naglaavanje1">
    <w:name w:val="Medium List 1 Accent 1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alista1naglaavanje2">
    <w:name w:val="Medium List 1 Accent 2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alista1naglaavanje3">
    <w:name w:val="Medium List 1 Accent 3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alista1naglaavanje4">
    <w:name w:val="Medium List 1 Accent 4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alista1naglaavanje5">
    <w:name w:val="Medium List 1 Accent 5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alista1naglaavanje6">
    <w:name w:val="Medium List 1 Accent 6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alista2">
    <w:name w:val="Medium List 2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1">
    <w:name w:val="Medium List 2 Accent 1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2">
    <w:name w:val="Medium List 2 Accent 2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3">
    <w:name w:val="Medium List 2 Accent 3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4">
    <w:name w:val="Medium List 2 Accent 4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5">
    <w:name w:val="Medium List 2 Accent 5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6">
    <w:name w:val="Medium List 2 Accent 6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koordinatnamrea1">
    <w:name w:val="Medium Grid 1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koordinatnamrea1naglaavanje1">
    <w:name w:val="Medium Grid 1 Accent 1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koordinatnamrea1naglaavanje2">
    <w:name w:val="Medium Grid 1 Accent 2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koordinatnamrea1naglaavanje3">
    <w:name w:val="Medium Grid 1 Accent 3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koordinatnamrea1naglaavanje4">
    <w:name w:val="Medium Grid 1 Accent 4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koordinatnamrea1naglaavanje5">
    <w:name w:val="Medium Grid 1 Accent 5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koordinatnamrea1naglaavanje6">
    <w:name w:val="Medium Grid 1 Accent 6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koordinatnamrea2">
    <w:name w:val="Medium Grid 2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1">
    <w:name w:val="Medium Grid 2 Accent 1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2">
    <w:name w:val="Medium Grid 2 Accent 2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3">
    <w:name w:val="Medium Grid 2 Accent 3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4">
    <w:name w:val="Medium Grid 2 Accent 4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5">
    <w:name w:val="Medium Grid 2 Accent 5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6">
    <w:name w:val="Medium Grid 2 Accent 6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3">
    <w:name w:val="Medium Grid 3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koordinatnamrea3naglaavanje1">
    <w:name w:val="Medium Grid 3 Accent 1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koordinatnamrea3naglaavanje2">
    <w:name w:val="Medium Grid 3 Accent 2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koordinatnamrea3naglaavanje3">
    <w:name w:val="Medium Grid 3 Accent 3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koordinatnamrea3naglaavanje4">
    <w:name w:val="Medium Grid 3 Accent 4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koordinatnamrea3naglaavanje5">
    <w:name w:val="Medium Grid 3 Accent 5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koordinatnamrea3naglaavanje6">
    <w:name w:val="Medium Grid 3 Accent 6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alista">
    <w:name w:val="Dark List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alistanaglaavanje1">
    <w:name w:val="Dark List Accent 1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alistanaglaavanje2">
    <w:name w:val="Dark List Accent 2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alistanaglaavanje3">
    <w:name w:val="Dark List Accent 3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alistanaglaavanje4">
    <w:name w:val="Dark List Accent 4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alistanaglaavanje5">
    <w:name w:val="Dark List Accent 5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alistanaglaavanje6">
    <w:name w:val="Dark List Accent 6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enosenenje">
    <w:name w:val="Colorful Shading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1">
    <w:name w:val="Colorful Shading Accent 1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2">
    <w:name w:val="Colorful Shading Accent 2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3">
    <w:name w:val="Colorful Shading Accent 3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enosenenjenaglaavanje4">
    <w:name w:val="Colorful Shading Accent 4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5">
    <w:name w:val="Colorful Shading Accent 5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6">
    <w:name w:val="Colorful Shading Accent 6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alista">
    <w:name w:val="Colorful List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enalistanaglaavanje1">
    <w:name w:val="Colorful List Accent 1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enalistanaglaavanje2">
    <w:name w:val="Colorful List Accent 2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enalistanaglaavanje3">
    <w:name w:val="Colorful List Accent 3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enalistanaglaavanje4">
    <w:name w:val="Colorful List Accent 4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enalistanaglaavanje5">
    <w:name w:val="Colorful List Accent 5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enalistanaglaavanje6">
    <w:name w:val="Colorful List Accent 6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enakoordinatnamrea">
    <w:name w:val="Colorful Grid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enakoordinatnamreanaglaavanje1">
    <w:name w:val="Colorful Grid Accent 1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enakoordinatnamreanaglaavanje2">
    <w:name w:val="Colorful Grid Accent 2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enakoordinatnamreanaglaavanje3">
    <w:name w:val="Colorful Grid Accent 3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enakoordinatnamreanaglaavanje4">
    <w:name w:val="Colorful Grid Accent 4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enakoordinatnamreanaglaavanje5">
    <w:name w:val="Colorful Grid Accent 5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enakoordinatnamreanaglaavanje6">
    <w:name w:val="Colorful Grid Accent 6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Karolina Sprecakovic</cp:lastModifiedBy>
  <cp:revision>6</cp:revision>
  <cp:lastPrinted>2026-08-07T08:50:00Z</cp:lastPrinted>
  <dcterms:created xsi:type="dcterms:W3CDTF">2026-07-15T15:58:00Z</dcterms:created>
  <dcterms:modified xsi:type="dcterms:W3CDTF">2026-08-07T08:50:00Z</dcterms:modified>
  <cp:category/>
</cp:coreProperties>
</file>